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2AB27" w14:textId="77777777" w:rsidR="002678C5" w:rsidRDefault="0027741A">
      <w:pPr>
        <w:spacing w:before="160" w:after="120"/>
        <w:jc w:val="center"/>
      </w:pPr>
      <w:r>
        <w:rPr>
          <w:rFonts w:eastAsia="Calibri"/>
          <w:b/>
          <w:sz w:val="40"/>
        </w:rPr>
        <w:t>KRYCÍ LIST NABÍDKY</w:t>
      </w:r>
    </w:p>
    <w:p w14:paraId="22BCDCC6" w14:textId="77777777" w:rsidR="002678C5" w:rsidRDefault="0027741A">
      <w:pPr>
        <w:spacing w:after="320"/>
        <w:jc w:val="center"/>
      </w:pPr>
      <w:r>
        <w:rPr>
          <w:rFonts w:eastAsia="Calibri"/>
          <w:b/>
          <w:color w:val="C0006F"/>
          <w:sz w:val="23"/>
        </w:rPr>
        <w:t>Poskytování laboratorních služeb pro testování potravin</w:t>
      </w:r>
    </w:p>
    <w:p w14:paraId="426E5718" w14:textId="77777777" w:rsidR="002678C5" w:rsidRDefault="0027741A">
      <w:pPr>
        <w:pStyle w:val="Nadpis1"/>
      </w:pPr>
      <w:r>
        <w:t>1. Údaje o veřejné zakázce a zadavateli</w:t>
      </w:r>
    </w:p>
    <w:tbl>
      <w:tblPr>
        <w:tblStyle w:val="Mkatabulky"/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900"/>
        <w:gridCol w:w="6964"/>
      </w:tblGrid>
      <w:tr w:rsidR="002678C5" w14:paraId="5676D443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101248" w14:textId="77777777" w:rsidR="002678C5" w:rsidRDefault="0027741A">
            <w:r>
              <w:rPr>
                <w:rFonts w:eastAsia="Calibri"/>
                <w:b/>
              </w:rPr>
              <w:t>Název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9A1079" w14:textId="77777777" w:rsidR="002678C5" w:rsidRDefault="0027741A">
            <w:r>
              <w:rPr>
                <w:rFonts w:eastAsia="Calibri"/>
              </w:rPr>
              <w:t>Poskytování laboratorních služeb pro testování potravin</w:t>
            </w:r>
          </w:p>
        </w:tc>
      </w:tr>
      <w:tr w:rsidR="002678C5" w14:paraId="5389FD7F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B9F42B" w14:textId="77777777" w:rsidR="002678C5" w:rsidRDefault="0027741A">
            <w:r>
              <w:rPr>
                <w:rFonts w:eastAsia="Calibri"/>
                <w:b/>
              </w:rPr>
              <w:t>Zadavatel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D8E9B1" w14:textId="77777777" w:rsidR="002678C5" w:rsidRDefault="0027741A">
            <w:r>
              <w:rPr>
                <w:rFonts w:eastAsia="Calibri"/>
              </w:rPr>
              <w:t>Potravinářská komora České republiky</w:t>
            </w:r>
          </w:p>
        </w:tc>
      </w:tr>
      <w:tr w:rsidR="002678C5" w14:paraId="682780B2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CED4F0" w14:textId="77777777" w:rsidR="002678C5" w:rsidRDefault="0027741A">
            <w:r>
              <w:rPr>
                <w:rFonts w:eastAsia="Calibri"/>
                <w:b/>
              </w:rPr>
              <w:t>Sídlo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BF94A" w14:textId="77777777" w:rsidR="002678C5" w:rsidRDefault="0027741A">
            <w:r>
              <w:rPr>
                <w:rFonts w:eastAsia="Calibri"/>
              </w:rPr>
              <w:t>Počernická 96/272, 108 00 Praha 10 – Malešice</w:t>
            </w:r>
          </w:p>
        </w:tc>
      </w:tr>
      <w:tr w:rsidR="002678C5" w14:paraId="3B7CF31A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810D65" w14:textId="77777777" w:rsidR="002678C5" w:rsidRDefault="0027741A">
            <w:r>
              <w:rPr>
                <w:rFonts w:eastAsia="Calibri"/>
                <w:b/>
              </w:rPr>
              <w:t>IČO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EBC8A3" w14:textId="77777777" w:rsidR="002678C5" w:rsidRDefault="0027741A">
            <w:r>
              <w:rPr>
                <w:rFonts w:eastAsia="Calibri"/>
              </w:rPr>
              <w:t>63110652</w:t>
            </w:r>
          </w:p>
        </w:tc>
      </w:tr>
      <w:tr w:rsidR="002678C5" w14:paraId="7D03C1D2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86F6C6" w14:textId="77777777" w:rsidR="002678C5" w:rsidRDefault="0027741A">
            <w:r>
              <w:rPr>
                <w:rFonts w:eastAsia="Calibri"/>
                <w:b/>
              </w:rPr>
              <w:t>Kontaktní osoba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B5EAF7" w14:textId="77777777" w:rsidR="002678C5" w:rsidRDefault="0027741A">
            <w:r>
              <w:rPr>
                <w:rFonts w:eastAsia="Calibri"/>
              </w:rPr>
              <w:t>Mgr. Petr Milas, milas@foodnet.cz</w:t>
            </w:r>
          </w:p>
        </w:tc>
      </w:tr>
    </w:tbl>
    <w:p w14:paraId="142F890E" w14:textId="77777777" w:rsidR="002678C5" w:rsidRDefault="002678C5">
      <w:pPr>
        <w:spacing w:after="20"/>
      </w:pPr>
    </w:p>
    <w:p w14:paraId="7EA9A9FC" w14:textId="77777777" w:rsidR="002678C5" w:rsidRDefault="0027741A">
      <w:pPr>
        <w:pStyle w:val="Nadpis1"/>
      </w:pPr>
      <w:r>
        <w:t>2. Identifikační údaje dodavatele</w:t>
      </w:r>
    </w:p>
    <w:tbl>
      <w:tblPr>
        <w:tblStyle w:val="Mkatabulky"/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900"/>
        <w:gridCol w:w="6964"/>
      </w:tblGrid>
      <w:tr w:rsidR="002678C5" w14:paraId="3613B584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EB28D3" w14:textId="77777777" w:rsidR="002678C5" w:rsidRDefault="0027741A">
            <w:r>
              <w:rPr>
                <w:rFonts w:eastAsia="Calibri"/>
                <w:b/>
              </w:rPr>
              <w:t>Obchodní firma / název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89FF4B" w14:textId="77777777" w:rsidR="002678C5" w:rsidRDefault="0027741A">
            <w:r>
              <w:rPr>
                <w:rFonts w:eastAsia="Calibri"/>
              </w:rPr>
              <w:t>[DOPLNÍ DODAVATEL]</w:t>
            </w:r>
          </w:p>
        </w:tc>
      </w:tr>
      <w:tr w:rsidR="002678C5" w14:paraId="6CE3F1A9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27578E" w14:textId="77777777" w:rsidR="002678C5" w:rsidRDefault="0027741A">
            <w:r>
              <w:rPr>
                <w:rFonts w:eastAsia="Calibri"/>
                <w:b/>
              </w:rPr>
              <w:t>Právní forma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56AAD1" w14:textId="77777777" w:rsidR="002678C5" w:rsidRDefault="0027741A">
            <w:r>
              <w:rPr>
                <w:rFonts w:eastAsia="Calibri"/>
              </w:rPr>
              <w:t>[DOPLNÍ DODAVATEL]</w:t>
            </w:r>
          </w:p>
        </w:tc>
      </w:tr>
      <w:tr w:rsidR="002678C5" w14:paraId="5C740AC9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BAC325" w14:textId="77777777" w:rsidR="002678C5" w:rsidRDefault="0027741A">
            <w:r>
              <w:rPr>
                <w:rFonts w:eastAsia="Calibri"/>
                <w:b/>
              </w:rPr>
              <w:t>Sídlo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DD723B" w14:textId="77777777" w:rsidR="002678C5" w:rsidRDefault="0027741A">
            <w:r>
              <w:rPr>
                <w:rFonts w:eastAsia="Calibri"/>
              </w:rPr>
              <w:t>[DOPLNÍ DODAVATEL]</w:t>
            </w:r>
          </w:p>
        </w:tc>
      </w:tr>
      <w:tr w:rsidR="002678C5" w14:paraId="46DD876F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CEBA8D" w14:textId="77777777" w:rsidR="002678C5" w:rsidRDefault="0027741A">
            <w:r>
              <w:rPr>
                <w:rFonts w:eastAsia="Calibri"/>
                <w:b/>
              </w:rPr>
              <w:t>IČO / DIČ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D7A4E4" w14:textId="77777777" w:rsidR="002678C5" w:rsidRDefault="0027741A">
            <w:r>
              <w:rPr>
                <w:rFonts w:eastAsia="Calibri"/>
              </w:rPr>
              <w:t>[DOPLNÍ DODAVATEL]</w:t>
            </w:r>
          </w:p>
        </w:tc>
      </w:tr>
      <w:tr w:rsidR="002678C5" w14:paraId="3A27C04E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A1878A" w14:textId="77777777" w:rsidR="002678C5" w:rsidRDefault="0027741A">
            <w:r>
              <w:rPr>
                <w:rFonts w:eastAsia="Calibri"/>
                <w:b/>
              </w:rPr>
              <w:t>Zápis v rejstříku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D98749" w14:textId="77777777" w:rsidR="002678C5" w:rsidRDefault="0027741A">
            <w:r>
              <w:rPr>
                <w:rFonts w:eastAsia="Calibri"/>
              </w:rPr>
              <w:t>[DOPLNÍ DODAVATEL]</w:t>
            </w:r>
          </w:p>
        </w:tc>
      </w:tr>
      <w:tr w:rsidR="002678C5" w14:paraId="23B43D6C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094070" w14:textId="77777777" w:rsidR="002678C5" w:rsidRDefault="0027741A">
            <w:r>
              <w:rPr>
                <w:rFonts w:eastAsia="Calibri"/>
                <w:b/>
              </w:rPr>
              <w:t>Osoba oprávněná jednat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F9C2D5" w14:textId="77777777" w:rsidR="002678C5" w:rsidRDefault="0027741A">
            <w:r>
              <w:rPr>
                <w:rFonts w:eastAsia="Calibri"/>
              </w:rPr>
              <w:t>[DOPLNÍ DODAVATEL]</w:t>
            </w:r>
          </w:p>
        </w:tc>
      </w:tr>
      <w:tr w:rsidR="002678C5" w14:paraId="4616B2D4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A51C1E" w14:textId="77777777" w:rsidR="002678C5" w:rsidRDefault="0027741A">
            <w:r>
              <w:rPr>
                <w:rFonts w:eastAsia="Calibri"/>
                <w:b/>
              </w:rPr>
              <w:t>Kontaktní osoba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349A77" w14:textId="77777777" w:rsidR="002678C5" w:rsidRDefault="0027741A">
            <w:r>
              <w:rPr>
                <w:rFonts w:eastAsia="Calibri"/>
              </w:rPr>
              <w:t>[DOPLNÍ DODAVATEL]</w:t>
            </w:r>
          </w:p>
        </w:tc>
      </w:tr>
      <w:tr w:rsidR="002678C5" w14:paraId="09F0B129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D7428F" w14:textId="77777777" w:rsidR="002678C5" w:rsidRDefault="0027741A">
            <w:r>
              <w:rPr>
                <w:rFonts w:eastAsia="Calibri"/>
                <w:b/>
              </w:rPr>
              <w:t>Telefon / e-mail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215618" w14:textId="77777777" w:rsidR="002678C5" w:rsidRDefault="0027741A">
            <w:r>
              <w:rPr>
                <w:rFonts w:eastAsia="Calibri"/>
              </w:rPr>
              <w:t>[DOPLNÍ DODAVATEL]</w:t>
            </w:r>
          </w:p>
        </w:tc>
      </w:tr>
      <w:tr w:rsidR="002678C5" w14:paraId="660FE817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C92E95" w14:textId="77777777" w:rsidR="002678C5" w:rsidRDefault="0027741A">
            <w:r>
              <w:rPr>
                <w:rFonts w:eastAsia="Calibri"/>
                <w:b/>
              </w:rPr>
              <w:t>ID datové schránky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0D0F47" w14:textId="77777777" w:rsidR="002678C5" w:rsidRDefault="0027741A">
            <w:r>
              <w:rPr>
                <w:rFonts w:eastAsia="Calibri"/>
              </w:rPr>
              <w:t>[DOPLNÍ DODAVATEL]</w:t>
            </w:r>
          </w:p>
        </w:tc>
      </w:tr>
    </w:tbl>
    <w:p w14:paraId="0B479745" w14:textId="77777777" w:rsidR="002678C5" w:rsidRDefault="002678C5">
      <w:pPr>
        <w:spacing w:after="20"/>
      </w:pPr>
    </w:p>
    <w:p w14:paraId="5482EE88" w14:textId="77777777" w:rsidR="002678C5" w:rsidRDefault="0027741A">
      <w:pPr>
        <w:pStyle w:val="Nadpis1"/>
      </w:pPr>
      <w:r>
        <w:t>3. Hodnocená nabídková cena</w:t>
      </w:r>
    </w:p>
    <w:tbl>
      <w:tblPr>
        <w:tblStyle w:val="Mkatabulky"/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164"/>
        <w:gridCol w:w="2200"/>
        <w:gridCol w:w="2000"/>
        <w:gridCol w:w="2500"/>
      </w:tblGrid>
      <w:tr w:rsidR="002678C5" w14:paraId="7A85E776" w14:textId="77777777">
        <w:trPr>
          <w:tblHeader/>
        </w:trPr>
        <w:tc>
          <w:tcPr>
            <w:tcW w:w="3164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05C7A6" w14:textId="77777777" w:rsidR="002678C5" w:rsidRDefault="0027741A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Cena</w:t>
            </w:r>
          </w:p>
        </w:tc>
        <w:tc>
          <w:tcPr>
            <w:tcW w:w="2200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C908E3" w14:textId="77777777" w:rsidR="002678C5" w:rsidRDefault="0027741A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Bez DPH</w:t>
            </w:r>
          </w:p>
        </w:tc>
        <w:tc>
          <w:tcPr>
            <w:tcW w:w="2000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66E7A7" w14:textId="77777777" w:rsidR="002678C5" w:rsidRDefault="0027741A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DPH</w:t>
            </w:r>
          </w:p>
        </w:tc>
        <w:tc>
          <w:tcPr>
            <w:tcW w:w="2500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D19675" w14:textId="77777777" w:rsidR="002678C5" w:rsidRDefault="0027741A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Včetně DPH</w:t>
            </w:r>
          </w:p>
        </w:tc>
      </w:tr>
      <w:tr w:rsidR="002678C5" w14:paraId="38CFDC7D" w14:textId="77777777">
        <w:trPr>
          <w:cantSplit/>
        </w:trPr>
        <w:tc>
          <w:tcPr>
            <w:tcW w:w="31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0D80D1" w14:textId="77777777" w:rsidR="002678C5" w:rsidRDefault="0027741A">
            <w:r>
              <w:rPr>
                <w:rFonts w:eastAsia="Calibri"/>
                <w:sz w:val="19"/>
              </w:rPr>
              <w:t>Součet jednotkových cen dle Přílohy A</w:t>
            </w:r>
          </w:p>
        </w:tc>
        <w:tc>
          <w:tcPr>
            <w:tcW w:w="22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13C1F1" w14:textId="77777777" w:rsidR="002678C5" w:rsidRDefault="0027741A">
            <w:r>
              <w:rPr>
                <w:rFonts w:eastAsia="Calibri"/>
                <w:sz w:val="19"/>
              </w:rPr>
              <w:t>[DOPLNÍ DODAVATEL] Kč</w:t>
            </w:r>
          </w:p>
        </w:tc>
        <w:tc>
          <w:tcPr>
            <w:tcW w:w="20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0429AB" w14:textId="77777777" w:rsidR="002678C5" w:rsidRDefault="0027741A">
            <w:r>
              <w:rPr>
                <w:rFonts w:eastAsia="Calibri"/>
                <w:sz w:val="19"/>
              </w:rPr>
              <w:t>[DOPLNÍ DODAVATEL] Kč</w:t>
            </w:r>
          </w:p>
        </w:tc>
        <w:tc>
          <w:tcPr>
            <w:tcW w:w="25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F6D45" w14:textId="77777777" w:rsidR="002678C5" w:rsidRDefault="0027741A">
            <w:r>
              <w:rPr>
                <w:rFonts w:eastAsia="Calibri"/>
                <w:sz w:val="19"/>
              </w:rPr>
              <w:t>[DOPLNÍ DODAVATEL] Kč</w:t>
            </w:r>
          </w:p>
        </w:tc>
      </w:tr>
    </w:tbl>
    <w:p w14:paraId="194A7AE2" w14:textId="77777777" w:rsidR="002678C5" w:rsidRDefault="002678C5">
      <w:pPr>
        <w:spacing w:after="20"/>
      </w:pPr>
    </w:p>
    <w:tbl>
      <w:tblPr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64"/>
      </w:tblGrid>
      <w:tr w:rsidR="002678C5" w14:paraId="441F1F6B" w14:textId="77777777">
        <w:tc>
          <w:tcPr>
            <w:tcW w:w="9864" w:type="dxa"/>
            <w:shd w:val="clear" w:color="auto" w:fill="F7E4E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58F0EA" w14:textId="77777777" w:rsidR="002678C5" w:rsidRDefault="0027741A">
            <w:r>
              <w:rPr>
                <w:rFonts w:eastAsia="Calibri"/>
                <w:b/>
                <w:color w:val="C0006F"/>
              </w:rPr>
              <w:t xml:space="preserve">Kontrola: </w:t>
            </w:r>
            <w:r>
              <w:rPr>
                <w:rFonts w:eastAsia="Calibri"/>
              </w:rPr>
              <w:t>Částka bez DPH musí být shodná s hodnotou „Celková hodnocená cena bez DPH“ v Příloze A.</w:t>
            </w:r>
          </w:p>
        </w:tc>
      </w:tr>
    </w:tbl>
    <w:p w14:paraId="7905209D" w14:textId="77777777" w:rsidR="002678C5" w:rsidRDefault="002678C5">
      <w:pPr>
        <w:spacing w:after="20"/>
      </w:pPr>
    </w:p>
    <w:p w14:paraId="54C11195" w14:textId="77777777" w:rsidR="002678C5" w:rsidRDefault="0027741A">
      <w:pPr>
        <w:pStyle w:val="Nadpis1"/>
      </w:pPr>
      <w:r>
        <w:lastRenderedPageBreak/>
        <w:t>4. Kvalifikační reference</w:t>
      </w:r>
    </w:p>
    <w:p w14:paraId="0DCC665C" w14:textId="77777777" w:rsidR="002678C5" w:rsidRDefault="0027741A">
      <w:r>
        <w:rPr>
          <w:rFonts w:eastAsia="Calibri"/>
        </w:rPr>
        <w:t>Uveďte alespoň tři služby splňující článek 7.3 zadávací dokumentace. Další obdobné služby určené k hodnocení lze uvést v následující tabulce nebo v samostatné příloze se stejnou strukturou.</w:t>
      </w:r>
    </w:p>
    <w:tbl>
      <w:tblPr>
        <w:tblStyle w:val="Mkatabulky"/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80"/>
        <w:gridCol w:w="2120"/>
        <w:gridCol w:w="2400"/>
        <w:gridCol w:w="1164"/>
        <w:gridCol w:w="1600"/>
        <w:gridCol w:w="2100"/>
      </w:tblGrid>
      <w:tr w:rsidR="002678C5" w14:paraId="57B5AF94" w14:textId="77777777">
        <w:trPr>
          <w:tblHeader/>
        </w:trPr>
        <w:tc>
          <w:tcPr>
            <w:tcW w:w="480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7F9A1B" w14:textId="77777777" w:rsidR="002678C5" w:rsidRDefault="0027741A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Č.</w:t>
            </w:r>
          </w:p>
        </w:tc>
        <w:tc>
          <w:tcPr>
            <w:tcW w:w="2120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47F0F9" w14:textId="77777777" w:rsidR="002678C5" w:rsidRDefault="0027741A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Objednatel a kontakt</w:t>
            </w:r>
          </w:p>
        </w:tc>
        <w:tc>
          <w:tcPr>
            <w:tcW w:w="2400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F46157" w14:textId="77777777" w:rsidR="002678C5" w:rsidRDefault="0027741A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Předmět</w:t>
            </w:r>
          </w:p>
        </w:tc>
        <w:tc>
          <w:tcPr>
            <w:tcW w:w="1164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471B20" w14:textId="77777777" w:rsidR="002678C5" w:rsidRDefault="0027741A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Období</w:t>
            </w:r>
          </w:p>
        </w:tc>
        <w:tc>
          <w:tcPr>
            <w:tcW w:w="1600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E87044" w14:textId="77777777" w:rsidR="002678C5" w:rsidRDefault="0027741A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Cena bez DPH</w:t>
            </w:r>
          </w:p>
        </w:tc>
        <w:tc>
          <w:tcPr>
            <w:tcW w:w="2100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7D226" w14:textId="77777777" w:rsidR="002678C5" w:rsidRDefault="0027741A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Kvalifikace / B / C</w:t>
            </w:r>
          </w:p>
        </w:tc>
      </w:tr>
      <w:tr w:rsidR="002678C5" w14:paraId="7BCE5185" w14:textId="77777777">
        <w:trPr>
          <w:cantSplit/>
        </w:trPr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1DAE4F" w14:textId="77777777" w:rsidR="002678C5" w:rsidRDefault="0027741A">
            <w:r>
              <w:rPr>
                <w:rFonts w:eastAsia="Calibri"/>
                <w:sz w:val="19"/>
              </w:rPr>
              <w:t>1</w:t>
            </w:r>
          </w:p>
        </w:tc>
        <w:tc>
          <w:tcPr>
            <w:tcW w:w="212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B4FBF8" w14:textId="77777777" w:rsidR="002678C5" w:rsidRDefault="0027741A">
            <w:r>
              <w:rPr>
                <w:rFonts w:eastAsia="Calibri"/>
                <w:sz w:val="19"/>
              </w:rPr>
              <w:t>[DOPLNÍ DODAVATEL]</w:t>
            </w:r>
          </w:p>
        </w:tc>
        <w:tc>
          <w:tcPr>
            <w:tcW w:w="24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3328E4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1164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B49DD4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16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17902D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21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2F719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</w:tr>
      <w:tr w:rsidR="002678C5" w14:paraId="1E99CC1E" w14:textId="77777777">
        <w:trPr>
          <w:cantSplit/>
        </w:trPr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1A5A8C" w14:textId="77777777" w:rsidR="002678C5" w:rsidRDefault="0027741A">
            <w:r>
              <w:rPr>
                <w:rFonts w:eastAsia="Calibri"/>
                <w:sz w:val="19"/>
              </w:rPr>
              <w:t>2</w:t>
            </w:r>
          </w:p>
        </w:tc>
        <w:tc>
          <w:tcPr>
            <w:tcW w:w="212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1070D2" w14:textId="77777777" w:rsidR="002678C5" w:rsidRDefault="0027741A">
            <w:r>
              <w:rPr>
                <w:rFonts w:eastAsia="Calibri"/>
                <w:sz w:val="19"/>
              </w:rPr>
              <w:t>[DOPLNÍ DODAVATEL]</w:t>
            </w:r>
          </w:p>
        </w:tc>
        <w:tc>
          <w:tcPr>
            <w:tcW w:w="24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C4F876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1164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7CAE58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16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3939E3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21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EA417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</w:tr>
      <w:tr w:rsidR="002678C5" w14:paraId="5F55F830" w14:textId="77777777">
        <w:trPr>
          <w:cantSplit/>
        </w:trPr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385280" w14:textId="77777777" w:rsidR="002678C5" w:rsidRDefault="0027741A">
            <w:r>
              <w:rPr>
                <w:rFonts w:eastAsia="Calibri"/>
                <w:sz w:val="19"/>
              </w:rPr>
              <w:t>3</w:t>
            </w:r>
          </w:p>
        </w:tc>
        <w:tc>
          <w:tcPr>
            <w:tcW w:w="212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C1A36F" w14:textId="77777777" w:rsidR="002678C5" w:rsidRDefault="0027741A">
            <w:r>
              <w:rPr>
                <w:rFonts w:eastAsia="Calibri"/>
                <w:sz w:val="19"/>
              </w:rPr>
              <w:t>[DOPLNÍ DODAVATEL]</w:t>
            </w:r>
          </w:p>
        </w:tc>
        <w:tc>
          <w:tcPr>
            <w:tcW w:w="24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A7B63C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1164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06FEA0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16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63305D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21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4363BC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</w:tr>
      <w:tr w:rsidR="002678C5" w14:paraId="00CD504A" w14:textId="77777777">
        <w:trPr>
          <w:cantSplit/>
        </w:trPr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1F41ED" w14:textId="77777777" w:rsidR="002678C5" w:rsidRDefault="0027741A">
            <w:r>
              <w:rPr>
                <w:rFonts w:eastAsia="Calibri"/>
                <w:sz w:val="19"/>
              </w:rPr>
              <w:t>4</w:t>
            </w:r>
          </w:p>
        </w:tc>
        <w:tc>
          <w:tcPr>
            <w:tcW w:w="212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30D792" w14:textId="77777777" w:rsidR="002678C5" w:rsidRDefault="0027741A">
            <w:r>
              <w:rPr>
                <w:rFonts w:eastAsia="Calibri"/>
                <w:sz w:val="19"/>
              </w:rPr>
              <w:t>[DOPLNÍ DODAVATEL]</w:t>
            </w:r>
          </w:p>
        </w:tc>
        <w:tc>
          <w:tcPr>
            <w:tcW w:w="24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CAD7E7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1164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C9954E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16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71A9C1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21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8A117A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</w:tr>
      <w:tr w:rsidR="002678C5" w14:paraId="47C12C12" w14:textId="77777777">
        <w:trPr>
          <w:cantSplit/>
        </w:trPr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8DC7A0" w14:textId="77777777" w:rsidR="002678C5" w:rsidRDefault="0027741A">
            <w:r>
              <w:rPr>
                <w:rFonts w:eastAsia="Calibri"/>
                <w:sz w:val="19"/>
              </w:rPr>
              <w:t>5</w:t>
            </w:r>
          </w:p>
        </w:tc>
        <w:tc>
          <w:tcPr>
            <w:tcW w:w="212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302D6D" w14:textId="77777777" w:rsidR="002678C5" w:rsidRDefault="0027741A">
            <w:r>
              <w:rPr>
                <w:rFonts w:eastAsia="Calibri"/>
                <w:sz w:val="19"/>
              </w:rPr>
              <w:t>[DOPLNÍ DODAVATEL]</w:t>
            </w:r>
          </w:p>
        </w:tc>
        <w:tc>
          <w:tcPr>
            <w:tcW w:w="24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4B8DE9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1164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8FD8EC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16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818ED5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21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514498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</w:tr>
      <w:tr w:rsidR="002678C5" w14:paraId="720D4BB2" w14:textId="77777777">
        <w:trPr>
          <w:cantSplit/>
        </w:trPr>
        <w:tc>
          <w:tcPr>
            <w:tcW w:w="4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C498DC" w14:textId="77777777" w:rsidR="002678C5" w:rsidRDefault="0027741A">
            <w:r>
              <w:rPr>
                <w:rFonts w:eastAsia="Calibri"/>
                <w:sz w:val="19"/>
              </w:rPr>
              <w:t>6</w:t>
            </w:r>
          </w:p>
        </w:tc>
        <w:tc>
          <w:tcPr>
            <w:tcW w:w="212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92676" w14:textId="77777777" w:rsidR="002678C5" w:rsidRDefault="0027741A">
            <w:r>
              <w:rPr>
                <w:rFonts w:eastAsia="Calibri"/>
                <w:sz w:val="19"/>
              </w:rPr>
              <w:t>[DOPLNÍ DODAVATEL]</w:t>
            </w:r>
          </w:p>
        </w:tc>
        <w:tc>
          <w:tcPr>
            <w:tcW w:w="24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B53DFC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1164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79A1A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16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7FC212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21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44F238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</w:tr>
    </w:tbl>
    <w:p w14:paraId="031DE773" w14:textId="77777777" w:rsidR="002678C5" w:rsidRDefault="002678C5">
      <w:pPr>
        <w:spacing w:after="20"/>
      </w:pPr>
    </w:p>
    <w:p w14:paraId="2D44DCF4" w14:textId="77777777" w:rsidR="002678C5" w:rsidRDefault="0027741A">
      <w:r>
        <w:rPr>
          <w:rFonts w:eastAsia="Calibri"/>
        </w:rPr>
        <w:t>Dodavatel může připojit další listy. U každé reference jednoznačně označí, zda ji uplatňuje pro minimální kvalifikaci, kritérium B nebo kritérium C; jedna reference může být označena více způsoby, připouští-li to zadávací dokumentace.</w:t>
      </w:r>
    </w:p>
    <w:p w14:paraId="45DD3CA2" w14:textId="77777777" w:rsidR="002678C5" w:rsidRDefault="0027741A">
      <w:pPr>
        <w:pStyle w:val="Nadpis1"/>
      </w:pPr>
      <w:r>
        <w:t>5. Odborné a organizační zajištění</w:t>
      </w:r>
    </w:p>
    <w:tbl>
      <w:tblPr>
        <w:tblStyle w:val="Mkatabulky"/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900"/>
        <w:gridCol w:w="6964"/>
      </w:tblGrid>
      <w:tr w:rsidR="002678C5" w14:paraId="7709EA7B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BE1FA" w14:textId="77777777" w:rsidR="002678C5" w:rsidRDefault="0027741A">
            <w:r>
              <w:rPr>
                <w:rFonts w:eastAsia="Calibri"/>
                <w:b/>
              </w:rPr>
              <w:t>Číslo osvědčení o akreditaci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90677" w14:textId="77777777" w:rsidR="002678C5" w:rsidRDefault="0027741A">
            <w:r>
              <w:rPr>
                <w:rFonts w:eastAsia="Calibri"/>
              </w:rPr>
              <w:t>[DOPLNÍ DODAVATEL]</w:t>
            </w:r>
          </w:p>
        </w:tc>
      </w:tr>
      <w:tr w:rsidR="002678C5" w14:paraId="16D664E7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755636" w14:textId="77777777" w:rsidR="002678C5" w:rsidRDefault="0027741A">
            <w:r>
              <w:rPr>
                <w:rFonts w:eastAsia="Calibri"/>
                <w:b/>
              </w:rPr>
              <w:t>Odborně odpovědná osoba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793440" w14:textId="77777777" w:rsidR="002678C5" w:rsidRDefault="0027741A">
            <w:r>
              <w:rPr>
                <w:rFonts w:eastAsia="Calibri"/>
              </w:rPr>
              <w:t>[DOPLNÍ DODAVATEL]</w:t>
            </w:r>
          </w:p>
        </w:tc>
      </w:tr>
      <w:tr w:rsidR="002678C5" w14:paraId="053ECB9E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E9A9E4" w14:textId="77777777" w:rsidR="002678C5" w:rsidRDefault="0027741A">
            <w:r>
              <w:rPr>
                <w:rFonts w:eastAsia="Calibri"/>
                <w:b/>
              </w:rPr>
              <w:t>Délka praxe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275D9A" w14:textId="77777777" w:rsidR="002678C5" w:rsidRDefault="0027741A">
            <w:r>
              <w:rPr>
                <w:rFonts w:eastAsia="Calibri"/>
              </w:rPr>
              <w:t>[DOPLNÍ DODAVATEL]</w:t>
            </w:r>
          </w:p>
        </w:tc>
      </w:tr>
      <w:tr w:rsidR="002678C5" w14:paraId="17BDEDE6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162ABD" w14:textId="77777777" w:rsidR="002678C5" w:rsidRDefault="0027741A">
            <w:r>
              <w:rPr>
                <w:rFonts w:eastAsia="Calibri"/>
                <w:b/>
              </w:rPr>
              <w:t>Vlastní odborné zázemí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72734B" w14:textId="77777777" w:rsidR="002678C5" w:rsidRDefault="0027741A">
            <w:r>
              <w:rPr>
                <w:rFonts w:eastAsia="Calibri"/>
              </w:rPr>
              <w:t>[STRUČNĚ POPÍŠE DODAVATEL]</w:t>
            </w:r>
          </w:p>
        </w:tc>
      </w:tr>
      <w:tr w:rsidR="002678C5" w14:paraId="6E6BDCD0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5C4860" w14:textId="77777777" w:rsidR="002678C5" w:rsidRDefault="0027741A">
            <w:r>
              <w:rPr>
                <w:rFonts w:eastAsia="Calibri"/>
                <w:b/>
              </w:rPr>
              <w:t>Spolupracující odborná pracoviště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17114" w14:textId="77777777" w:rsidR="002678C5" w:rsidRDefault="0027741A">
            <w:r>
              <w:rPr>
                <w:rFonts w:eastAsia="Calibri"/>
              </w:rPr>
              <w:t>[STRUČNĚ POPÍŠE DODAVATEL]</w:t>
            </w:r>
          </w:p>
        </w:tc>
      </w:tr>
      <w:tr w:rsidR="002678C5" w14:paraId="1D5DB8BA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2FB84" w14:textId="77777777" w:rsidR="002678C5" w:rsidRDefault="0027741A">
            <w:r>
              <w:rPr>
                <w:rFonts w:eastAsia="Calibri"/>
                <w:b/>
              </w:rPr>
              <w:t>Systém evidence a přepravy vzorků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77DCC7" w14:textId="77777777" w:rsidR="002678C5" w:rsidRDefault="0027741A">
            <w:r>
              <w:rPr>
                <w:rFonts w:eastAsia="Calibri"/>
              </w:rPr>
              <w:t>[STRUČNĚ POPÍŠE DODAVATEL]</w:t>
            </w:r>
          </w:p>
        </w:tc>
      </w:tr>
    </w:tbl>
    <w:p w14:paraId="2F8489EB" w14:textId="77777777" w:rsidR="002678C5" w:rsidRDefault="002678C5">
      <w:pPr>
        <w:spacing w:after="20"/>
      </w:pPr>
    </w:p>
    <w:p w14:paraId="0AABC7C1" w14:textId="77777777" w:rsidR="002678C5" w:rsidRDefault="0027741A">
      <w:pPr>
        <w:pStyle w:val="Nadpis1"/>
      </w:pPr>
      <w:r>
        <w:t>6. Poddodavatelé</w:t>
      </w:r>
    </w:p>
    <w:tbl>
      <w:tblPr>
        <w:tblStyle w:val="Mkatabulky"/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300"/>
        <w:gridCol w:w="1400"/>
        <w:gridCol w:w="3364"/>
        <w:gridCol w:w="1800"/>
      </w:tblGrid>
      <w:tr w:rsidR="002678C5" w14:paraId="295C7C0E" w14:textId="77777777">
        <w:trPr>
          <w:tblHeader/>
        </w:trPr>
        <w:tc>
          <w:tcPr>
            <w:tcW w:w="3300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1AE03F" w14:textId="77777777" w:rsidR="002678C5" w:rsidRDefault="0027741A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Poddodavatel</w:t>
            </w:r>
          </w:p>
        </w:tc>
        <w:tc>
          <w:tcPr>
            <w:tcW w:w="1400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9C660" w14:textId="77777777" w:rsidR="002678C5" w:rsidRDefault="0027741A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IČO</w:t>
            </w:r>
          </w:p>
        </w:tc>
        <w:tc>
          <w:tcPr>
            <w:tcW w:w="3364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DC2385" w14:textId="77777777" w:rsidR="002678C5" w:rsidRDefault="0027741A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Část plnění</w:t>
            </w:r>
          </w:p>
        </w:tc>
        <w:tc>
          <w:tcPr>
            <w:tcW w:w="1800" w:type="dxa"/>
            <w:shd w:val="clear" w:color="auto" w:fill="C0006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4B8C91" w14:textId="77777777" w:rsidR="002678C5" w:rsidRDefault="0027741A">
            <w:pPr>
              <w:jc w:val="center"/>
            </w:pPr>
            <w:r>
              <w:rPr>
                <w:rFonts w:eastAsia="Calibri"/>
                <w:b/>
                <w:color w:val="FFFFFF"/>
                <w:sz w:val="19"/>
              </w:rPr>
              <w:t>Podíl na plnění</w:t>
            </w:r>
          </w:p>
        </w:tc>
      </w:tr>
      <w:tr w:rsidR="002678C5" w14:paraId="1C71060B" w14:textId="77777777">
        <w:trPr>
          <w:cantSplit/>
        </w:trPr>
        <w:tc>
          <w:tcPr>
            <w:tcW w:w="33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0FF5C8" w14:textId="77777777" w:rsidR="002678C5" w:rsidRDefault="0027741A">
            <w:r>
              <w:rPr>
                <w:rFonts w:eastAsia="Calibri"/>
                <w:sz w:val="19"/>
              </w:rPr>
              <w:t>[DOPLNÍ DODAVATEL / NEJSOU]</w:t>
            </w:r>
          </w:p>
        </w:tc>
        <w:tc>
          <w:tcPr>
            <w:tcW w:w="14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54EB8C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3364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D374C" w14:textId="77777777" w:rsidR="002678C5" w:rsidRDefault="0027741A">
            <w:r>
              <w:rPr>
                <w:rFonts w:eastAsia="Calibri"/>
                <w:sz w:val="19"/>
              </w:rPr>
              <w:t>[DOPLNÍ]</w:t>
            </w:r>
          </w:p>
        </w:tc>
        <w:tc>
          <w:tcPr>
            <w:tcW w:w="180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9F2591" w14:textId="77777777" w:rsidR="002678C5" w:rsidRDefault="0027741A">
            <w:r>
              <w:rPr>
                <w:rFonts w:eastAsia="Calibri"/>
                <w:sz w:val="19"/>
              </w:rPr>
              <w:t>[DOPLNÍ] %</w:t>
            </w:r>
          </w:p>
        </w:tc>
      </w:tr>
    </w:tbl>
    <w:p w14:paraId="370189B8" w14:textId="77777777" w:rsidR="002678C5" w:rsidRDefault="002678C5">
      <w:pPr>
        <w:spacing w:after="20"/>
      </w:pPr>
    </w:p>
    <w:p w14:paraId="510D3AC0" w14:textId="77777777" w:rsidR="002678C5" w:rsidRDefault="0027741A">
      <w:pPr>
        <w:pStyle w:val="Nadpis1"/>
      </w:pPr>
      <w:r>
        <w:t>7. Prohlášení dodavatele</w:t>
      </w:r>
    </w:p>
    <w:p w14:paraId="0393A89A" w14:textId="77777777" w:rsidR="002678C5" w:rsidRDefault="0027741A">
      <w:pPr>
        <w:pStyle w:val="Seznamsodrkami"/>
      </w:pPr>
      <w:r>
        <w:rPr>
          <w:rFonts w:eastAsia="Calibri"/>
        </w:rPr>
        <w:t>Dodavatel se seznámil se zadávací dokumentací a bez výhrad přijímá její podmínky.</w:t>
      </w:r>
    </w:p>
    <w:p w14:paraId="52B7CF0C" w14:textId="77777777" w:rsidR="002678C5" w:rsidRDefault="0027741A">
      <w:pPr>
        <w:pStyle w:val="Seznamsodrkami"/>
      </w:pPr>
      <w:r>
        <w:rPr>
          <w:rFonts w:eastAsia="Calibri"/>
        </w:rPr>
        <w:t>Údaje uvedené v nabídce jsou pravdivé, úplné a odpovídají skutečnosti ke dni podání nabídky.</w:t>
      </w:r>
    </w:p>
    <w:p w14:paraId="708ED48D" w14:textId="77777777" w:rsidR="002678C5" w:rsidRDefault="0027741A">
      <w:pPr>
        <w:pStyle w:val="Seznamsodrkami"/>
      </w:pPr>
      <w:r>
        <w:rPr>
          <w:rFonts w:eastAsia="Calibri"/>
        </w:rPr>
        <w:lastRenderedPageBreak/>
        <w:t>Nabídka je pro dodavatele závazná nejméně 90 dnů od skončení lhůty pro podání nabídek.</w:t>
      </w:r>
    </w:p>
    <w:p w14:paraId="327D1338" w14:textId="77777777" w:rsidR="002678C5" w:rsidRDefault="0027741A">
      <w:pPr>
        <w:pStyle w:val="Seznamsodrkami"/>
      </w:pPr>
      <w:r>
        <w:rPr>
          <w:rFonts w:eastAsia="Calibri"/>
        </w:rPr>
        <w:t>Dodavatel souhlasí s ověřením uvedených referencí u jejich objednatelů.</w:t>
      </w:r>
    </w:p>
    <w:tbl>
      <w:tblPr>
        <w:tblStyle w:val="Mkatabulky"/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900"/>
        <w:gridCol w:w="6964"/>
      </w:tblGrid>
      <w:tr w:rsidR="002678C5" w14:paraId="6B42FD74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5717B3" w14:textId="77777777" w:rsidR="002678C5" w:rsidRDefault="0027741A">
            <w:r>
              <w:rPr>
                <w:rFonts w:eastAsia="Calibri"/>
                <w:b/>
              </w:rPr>
              <w:t>Místo a datum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34E506" w14:textId="77777777" w:rsidR="002678C5" w:rsidRDefault="0027741A">
            <w:r>
              <w:rPr>
                <w:rFonts w:eastAsia="Calibri"/>
              </w:rPr>
              <w:t>[DOPLNÍ DODAVATEL]</w:t>
            </w:r>
          </w:p>
        </w:tc>
      </w:tr>
      <w:tr w:rsidR="002678C5" w14:paraId="4162DA5B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024906" w14:textId="77777777" w:rsidR="002678C5" w:rsidRDefault="0027741A">
            <w:r>
              <w:rPr>
                <w:rFonts w:eastAsia="Calibri"/>
                <w:b/>
              </w:rPr>
              <w:t>Jméno a funkce oprávněné osoby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B824A6" w14:textId="77777777" w:rsidR="002678C5" w:rsidRDefault="0027741A">
            <w:r>
              <w:rPr>
                <w:rFonts w:eastAsia="Calibri"/>
              </w:rPr>
              <w:t>[DOPLNÍ DODAVATEL]</w:t>
            </w:r>
          </w:p>
        </w:tc>
      </w:tr>
      <w:tr w:rsidR="002678C5" w14:paraId="0C3E3B61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5FBE09" w14:textId="77777777" w:rsidR="002678C5" w:rsidRDefault="0027741A">
            <w:r>
              <w:rPr>
                <w:rFonts w:eastAsia="Calibri"/>
                <w:b/>
              </w:rPr>
              <w:t>Podpis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0A251A" w14:textId="77777777" w:rsidR="002678C5" w:rsidRDefault="0027741A">
            <w:r>
              <w:rPr>
                <w:rFonts w:eastAsia="Calibri"/>
              </w:rPr>
              <w:br/>
            </w:r>
            <w:r>
              <w:rPr>
                <w:rFonts w:eastAsia="Calibri"/>
              </w:rPr>
              <w:br/>
            </w:r>
          </w:p>
        </w:tc>
      </w:tr>
    </w:tbl>
    <w:p w14:paraId="4A789F0D" w14:textId="77777777" w:rsidR="002678C5" w:rsidRDefault="002678C5">
      <w:pPr>
        <w:spacing w:after="20"/>
      </w:pPr>
    </w:p>
    <w:sectPr w:rsidR="002678C5" w:rsidSect="00034616">
      <w:headerReference w:type="default" r:id="rId8"/>
      <w:footerReference w:type="default" r:id="rId9"/>
      <w:pgSz w:w="11906" w:h="16838"/>
      <w:pgMar w:top="1134" w:right="1020" w:bottom="1020" w:left="1020" w:header="51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10153" w14:textId="77777777" w:rsidR="0027741A" w:rsidRDefault="0027741A">
      <w:pPr>
        <w:spacing w:after="0" w:line="240" w:lineRule="auto"/>
      </w:pPr>
      <w:r>
        <w:separator/>
      </w:r>
    </w:p>
  </w:endnote>
  <w:endnote w:type="continuationSeparator" w:id="0">
    <w:p w14:paraId="11CEE355" w14:textId="77777777" w:rsidR="0027741A" w:rsidRDefault="00277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57958" w14:textId="77777777" w:rsidR="002678C5" w:rsidRDefault="0027741A">
    <w:pPr>
      <w:pStyle w:val="Zpat"/>
      <w:jc w:val="right"/>
    </w:pPr>
    <w:r>
      <w:rPr>
        <w:rFonts w:eastAsia="Calibri"/>
        <w:color w:val="5F6368"/>
        <w:sz w:val="17"/>
      </w:rPr>
      <w:t xml:space="preserve">strana </w:t>
    </w:r>
    <w:r>
      <w:rPr>
        <w:rFonts w:eastAsia="Calibri"/>
        <w:color w:val="5F6368"/>
        <w:sz w:val="17"/>
      </w:rPr>
      <w:fldChar w:fldCharType="begin"/>
    </w:r>
    <w:r>
      <w:rPr>
        <w:rFonts w:eastAsia="Calibri"/>
        <w:color w:val="5F6368"/>
        <w:sz w:val="17"/>
      </w:rPr>
      <w:instrText>PAGE</w:instrText>
    </w:r>
    <w:r>
      <w:rPr>
        <w:rFonts w:eastAsia="Calibri"/>
        <w:color w:val="5F6368"/>
        <w:sz w:val="17"/>
      </w:rPr>
      <w:fldChar w:fldCharType="separate"/>
    </w:r>
    <w:r>
      <w:rPr>
        <w:rFonts w:eastAsia="Calibri"/>
        <w:color w:val="5F6368"/>
        <w:sz w:val="17"/>
      </w:rPr>
      <w:t>1</w:t>
    </w:r>
    <w:r>
      <w:rPr>
        <w:rFonts w:eastAsia="Calibri"/>
        <w:color w:val="5F6368"/>
        <w:sz w:val="17"/>
      </w:rPr>
      <w:fldChar w:fldCharType="end"/>
    </w:r>
    <w:r>
      <w:rPr>
        <w:rFonts w:eastAsia="Calibri"/>
        <w:color w:val="5F6368"/>
        <w:sz w:val="17"/>
      </w:rPr>
      <w:t xml:space="preserve"> z </w:t>
    </w:r>
    <w:r>
      <w:rPr>
        <w:rFonts w:eastAsia="Calibri"/>
        <w:color w:val="5F6368"/>
        <w:sz w:val="17"/>
      </w:rPr>
      <w:fldChar w:fldCharType="begin"/>
    </w:r>
    <w:r>
      <w:rPr>
        <w:rFonts w:eastAsia="Calibri"/>
        <w:color w:val="5F6368"/>
        <w:sz w:val="17"/>
      </w:rPr>
      <w:instrText>NUMPAGES</w:instrText>
    </w:r>
    <w:r>
      <w:rPr>
        <w:rFonts w:eastAsia="Calibri"/>
        <w:color w:val="5F6368"/>
        <w:sz w:val="17"/>
      </w:rPr>
      <w:fldChar w:fldCharType="separate"/>
    </w:r>
    <w:r>
      <w:rPr>
        <w:rFonts w:eastAsia="Calibri"/>
        <w:color w:val="5F6368"/>
        <w:sz w:val="17"/>
      </w:rPr>
      <w:t>1</w:t>
    </w:r>
    <w:r>
      <w:rPr>
        <w:rFonts w:eastAsia="Calibri"/>
        <w:color w:val="5F6368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11EC9" w14:textId="77777777" w:rsidR="0027741A" w:rsidRDefault="0027741A">
      <w:pPr>
        <w:spacing w:after="0" w:line="240" w:lineRule="auto"/>
      </w:pPr>
      <w:r>
        <w:separator/>
      </w:r>
    </w:p>
  </w:footnote>
  <w:footnote w:type="continuationSeparator" w:id="0">
    <w:p w14:paraId="77816859" w14:textId="77777777" w:rsidR="0027741A" w:rsidRDefault="00277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F31AB" w14:textId="77777777" w:rsidR="002678C5" w:rsidRDefault="0027741A">
    <w:pPr>
      <w:pStyle w:val="Zhlav"/>
      <w:pBdr>
        <w:bottom w:val="single" w:sz="6" w:space="3" w:color="C0006F"/>
      </w:pBdr>
    </w:pPr>
    <w:r>
      <w:rPr>
        <w:rFonts w:eastAsia="Calibri"/>
        <w:b/>
        <w:color w:val="5F6368"/>
        <w:sz w:val="17"/>
      </w:rPr>
      <w:t>Příloha č. 1 | Krycí list nabídky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1567700">
    <w:abstractNumId w:val="8"/>
  </w:num>
  <w:num w:numId="2" w16cid:durableId="1478570681">
    <w:abstractNumId w:val="6"/>
  </w:num>
  <w:num w:numId="3" w16cid:durableId="1513689345">
    <w:abstractNumId w:val="5"/>
  </w:num>
  <w:num w:numId="4" w16cid:durableId="2078282252">
    <w:abstractNumId w:val="4"/>
  </w:num>
  <w:num w:numId="5" w16cid:durableId="1383600331">
    <w:abstractNumId w:val="7"/>
  </w:num>
  <w:num w:numId="6" w16cid:durableId="168644772">
    <w:abstractNumId w:val="3"/>
  </w:num>
  <w:num w:numId="7" w16cid:durableId="1932545040">
    <w:abstractNumId w:val="2"/>
  </w:num>
  <w:num w:numId="8" w16cid:durableId="1957591768">
    <w:abstractNumId w:val="1"/>
  </w:num>
  <w:num w:numId="9" w16cid:durableId="602610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1FB3"/>
    <w:rsid w:val="002678C5"/>
    <w:rsid w:val="0027741A"/>
    <w:rsid w:val="0029639D"/>
    <w:rsid w:val="00326F90"/>
    <w:rsid w:val="00472E1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B70ED"/>
  <w14:defaultImageDpi w14:val="300"/>
  <w15:docId w15:val="{17C6DE2E-9BDF-41CE-B1A9-1567B0B4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00" w:line="264" w:lineRule="auto"/>
    </w:pPr>
    <w:rPr>
      <w:rFonts w:ascii="Calibri" w:hAnsi="Calibri"/>
      <w:color w:val="202124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/>
      <w:b/>
      <w:bCs/>
      <w:color w:val="C0006F"/>
      <w:sz w:val="30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20"/>
      <w:outlineLvl w:val="1"/>
    </w:pPr>
    <w:rPr>
      <w:rFonts w:asciiTheme="majorHAnsi" w:eastAsiaTheme="majorEastAsia" w:hAnsiTheme="majorHAnsi" w:cstheme="majorBidi"/>
      <w:b/>
      <w:bCs/>
      <w:color w:val="C0006F"/>
      <w:sz w:val="25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C0006F"/>
      <w:sz w:val="23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spacing w:after="80"/>
      <w:ind w:left="425" w:hanging="198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spacing w:after="80"/>
      <w:ind w:left="425" w:hanging="198"/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spacing w:after="80"/>
      <w:ind w:left="425" w:hanging="198"/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2356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Mgr. Petr Milas</cp:lastModifiedBy>
  <cp:revision>2</cp:revision>
  <dcterms:created xsi:type="dcterms:W3CDTF">2026-07-21T09:31:00Z</dcterms:created>
  <dcterms:modified xsi:type="dcterms:W3CDTF">2026-07-21T09:31:00Z</dcterms:modified>
  <cp:category/>
</cp:coreProperties>
</file>